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355151" w14:textId="77777777" w:rsidR="007A4023" w:rsidRDefault="00000000">
      <w:pPr>
        <w:spacing w:after="260"/>
        <w:rPr>
          <w:lang w:eastAsia="zh-CN"/>
        </w:rPr>
      </w:pPr>
      <w:r>
        <w:rPr>
          <w:sz w:val="24"/>
          <w:lang w:eastAsia="zh-CN"/>
        </w:rPr>
        <w:t>附件2</w:t>
      </w:r>
    </w:p>
    <w:p w14:paraId="597D5668" w14:textId="77777777" w:rsidR="007A4023" w:rsidRDefault="00000000">
      <w:pPr>
        <w:spacing w:after="100"/>
        <w:jc w:val="center"/>
        <w:rPr>
          <w:lang w:eastAsia="zh-CN"/>
        </w:rPr>
      </w:pPr>
      <w:r>
        <w:rPr>
          <w:sz w:val="28"/>
          <w:lang w:eastAsia="zh-CN"/>
        </w:rPr>
        <w:t>“律见新意——法律主题文创设计”</w:t>
      </w:r>
    </w:p>
    <w:p w14:paraId="3868C6A6" w14:textId="77777777" w:rsidR="007A4023" w:rsidRDefault="00000000">
      <w:pPr>
        <w:spacing w:after="80"/>
        <w:jc w:val="center"/>
        <w:rPr>
          <w:lang w:eastAsia="zh-CN"/>
        </w:rPr>
      </w:pPr>
      <w:r>
        <w:rPr>
          <w:b/>
          <w:sz w:val="32"/>
          <w:lang w:eastAsia="zh-CN"/>
        </w:rPr>
        <w:t>东南大学成贤学院第四届视觉形象设计大赛</w:t>
      </w:r>
    </w:p>
    <w:p w14:paraId="2699933E" w14:textId="77777777" w:rsidR="007A4023" w:rsidRDefault="00000000">
      <w:pPr>
        <w:spacing w:after="280"/>
        <w:jc w:val="center"/>
      </w:pPr>
      <w:proofErr w:type="spellStart"/>
      <w:r>
        <w:rPr>
          <w:b/>
          <w:sz w:val="32"/>
        </w:rPr>
        <w:t>报名表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567"/>
        <w:gridCol w:w="1417"/>
        <w:gridCol w:w="1417"/>
        <w:gridCol w:w="2098"/>
        <w:gridCol w:w="2154"/>
      </w:tblGrid>
      <w:tr w:rsidR="007A4023" w14:paraId="5CDE03C0" w14:textId="77777777" w:rsidTr="007D70EC">
        <w:trPr>
          <w:trHeight w:val="539"/>
          <w:jc w:val="center"/>
        </w:trPr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6CB26931" w14:textId="77777777" w:rsidR="007A4023" w:rsidRDefault="00000000">
            <w:pPr>
              <w:spacing w:line="252" w:lineRule="auto"/>
              <w:jc w:val="center"/>
            </w:pPr>
            <w:proofErr w:type="spellStart"/>
            <w:r>
              <w:rPr>
                <w:b/>
              </w:rPr>
              <w:t>作品名称</w:t>
            </w:r>
            <w:proofErr w:type="spellEnd"/>
          </w:p>
        </w:tc>
        <w:tc>
          <w:tcPr>
            <w:tcW w:w="7653" w:type="dxa"/>
            <w:gridSpan w:val="5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137A7B6F" w14:textId="77777777" w:rsidR="007A4023" w:rsidRDefault="00000000">
            <w:pPr>
              <w:spacing w:line="252" w:lineRule="auto"/>
            </w:pPr>
            <w:r>
              <w:rPr>
                <w:sz w:val="20"/>
              </w:rPr>
              <w:t>（必填）</w:t>
            </w:r>
          </w:p>
        </w:tc>
      </w:tr>
      <w:tr w:rsidR="007A4023" w14:paraId="7D0E18C3" w14:textId="77777777" w:rsidTr="007D70EC">
        <w:trPr>
          <w:trHeight w:val="539"/>
          <w:jc w:val="center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BFF4" w14:textId="77777777" w:rsidR="007A4023" w:rsidRDefault="00000000">
            <w:pPr>
              <w:spacing w:line="252" w:lineRule="auto"/>
              <w:jc w:val="center"/>
            </w:pPr>
            <w:r>
              <w:rPr>
                <w:b/>
              </w:rPr>
              <w:t>产品类别</w:t>
            </w:r>
          </w:p>
        </w:tc>
        <w:tc>
          <w:tcPr>
            <w:tcW w:w="7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E05D" w14:textId="5725FF3A" w:rsidR="007A4023" w:rsidRDefault="00000000">
            <w:pPr>
              <w:spacing w:line="252" w:lineRule="auto"/>
              <w:rPr>
                <w:lang w:eastAsia="zh-CN"/>
              </w:rPr>
            </w:pPr>
            <w:r>
              <w:rPr>
                <w:sz w:val="20"/>
                <w:lang w:eastAsia="zh-CN"/>
              </w:rPr>
              <w:t>（如</w:t>
            </w:r>
            <w:r w:rsidR="00B977AF">
              <w:rPr>
                <w:rFonts w:hint="eastAsia"/>
                <w:sz w:val="20"/>
                <w:lang w:eastAsia="zh-CN"/>
              </w:rPr>
              <w:t>文创、</w:t>
            </w:r>
            <w:r>
              <w:rPr>
                <w:sz w:val="20"/>
                <w:lang w:eastAsia="zh-CN"/>
              </w:rPr>
              <w:t>文具、生活用品、桌游等）</w:t>
            </w:r>
          </w:p>
        </w:tc>
      </w:tr>
      <w:tr w:rsidR="007A4023" w14:paraId="3A913EBD" w14:textId="77777777" w:rsidTr="007D70EC">
        <w:trPr>
          <w:trHeight w:val="482"/>
          <w:jc w:val="center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EDE6" w14:textId="77777777" w:rsidR="007A4023" w:rsidRDefault="00000000">
            <w:pPr>
              <w:spacing w:line="252" w:lineRule="auto"/>
              <w:jc w:val="center"/>
              <w:rPr>
                <w:lang w:eastAsia="zh-CN"/>
              </w:rPr>
            </w:pPr>
            <w:r>
              <w:rPr>
                <w:sz w:val="20"/>
                <w:lang w:eastAsia="zh-CN"/>
              </w:rPr>
              <w:t>主要参与者</w:t>
            </w:r>
            <w:r>
              <w:rPr>
                <w:sz w:val="20"/>
                <w:lang w:eastAsia="zh-CN"/>
              </w:rPr>
              <w:br/>
              <w:t>（不超过4人）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4A2D" w14:textId="77777777" w:rsidR="007A4023" w:rsidRDefault="00000000">
            <w:pPr>
              <w:spacing w:line="252" w:lineRule="auto"/>
              <w:jc w:val="center"/>
            </w:pPr>
            <w:r>
              <w:rPr>
                <w:b/>
                <w:sz w:val="20"/>
              </w:rPr>
              <w:t>序号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6DF9" w14:textId="77777777" w:rsidR="007A4023" w:rsidRDefault="00000000">
            <w:pPr>
              <w:spacing w:line="252" w:lineRule="auto"/>
              <w:jc w:val="center"/>
            </w:pPr>
            <w:r>
              <w:rPr>
                <w:b/>
                <w:sz w:val="20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CA31" w14:textId="77777777" w:rsidR="007A4023" w:rsidRDefault="00000000">
            <w:pPr>
              <w:spacing w:line="252" w:lineRule="auto"/>
              <w:jc w:val="center"/>
            </w:pPr>
            <w:r>
              <w:rPr>
                <w:b/>
                <w:sz w:val="20"/>
              </w:rPr>
              <w:t>学号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8062" w14:textId="77777777" w:rsidR="007A4023" w:rsidRDefault="00000000">
            <w:pPr>
              <w:spacing w:line="252" w:lineRule="auto"/>
              <w:jc w:val="center"/>
            </w:pPr>
            <w:r>
              <w:rPr>
                <w:b/>
                <w:sz w:val="20"/>
              </w:rPr>
              <w:t>所在班级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0D7C" w14:textId="77777777" w:rsidR="007A4023" w:rsidRDefault="00000000">
            <w:pPr>
              <w:spacing w:line="252" w:lineRule="auto"/>
              <w:jc w:val="center"/>
            </w:pPr>
            <w:r>
              <w:rPr>
                <w:b/>
                <w:sz w:val="20"/>
              </w:rPr>
              <w:t>联系方式</w:t>
            </w:r>
          </w:p>
        </w:tc>
      </w:tr>
      <w:tr w:rsidR="007A4023" w14:paraId="2D576572" w14:textId="77777777" w:rsidTr="007D70EC">
        <w:trPr>
          <w:trHeight w:val="567"/>
          <w:jc w:val="center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B9B1" w14:textId="77777777" w:rsidR="007A4023" w:rsidRDefault="007A402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9DC3" w14:textId="77777777" w:rsidR="007A4023" w:rsidRDefault="00000000">
            <w:pPr>
              <w:spacing w:line="252" w:lineRule="auto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E8E0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CB90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4C9F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4C9A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</w:tr>
      <w:tr w:rsidR="007A4023" w14:paraId="7670E630" w14:textId="77777777" w:rsidTr="007D70EC">
        <w:trPr>
          <w:trHeight w:val="567"/>
          <w:jc w:val="center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946B" w14:textId="77777777" w:rsidR="007A4023" w:rsidRDefault="007A402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83B8" w14:textId="77777777" w:rsidR="007A4023" w:rsidRDefault="00000000">
            <w:pPr>
              <w:spacing w:line="252" w:lineRule="auto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022F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A4D5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5E77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C1F6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</w:tr>
      <w:tr w:rsidR="007A4023" w14:paraId="58E00E5F" w14:textId="77777777" w:rsidTr="007D70EC">
        <w:trPr>
          <w:trHeight w:val="567"/>
          <w:jc w:val="center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A7E3" w14:textId="77777777" w:rsidR="007A4023" w:rsidRDefault="007A402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913F" w14:textId="77777777" w:rsidR="007A4023" w:rsidRDefault="00000000">
            <w:pPr>
              <w:spacing w:line="252" w:lineRule="auto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F94D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C988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0F9D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F67E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</w:tr>
      <w:tr w:rsidR="007A4023" w14:paraId="448A67D2" w14:textId="77777777" w:rsidTr="007D70EC">
        <w:trPr>
          <w:trHeight w:val="567"/>
          <w:jc w:val="center"/>
        </w:trPr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411C" w14:textId="77777777" w:rsidR="007A4023" w:rsidRDefault="007A402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868C" w14:textId="77777777" w:rsidR="007A4023" w:rsidRDefault="00000000">
            <w:pPr>
              <w:spacing w:line="252" w:lineRule="auto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6541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3187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364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8169" w14:textId="77777777" w:rsidR="007A4023" w:rsidRDefault="00000000">
            <w:pPr>
              <w:spacing w:line="252" w:lineRule="auto"/>
              <w:jc w:val="center"/>
            </w:pPr>
            <w:r>
              <w:t xml:space="preserve"> </w:t>
            </w:r>
          </w:p>
        </w:tc>
      </w:tr>
      <w:tr w:rsidR="007A4023" w14:paraId="00FFAC50" w14:textId="77777777" w:rsidTr="007D70EC">
        <w:trPr>
          <w:trHeight w:val="3061"/>
          <w:jc w:val="center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B27E" w14:textId="77777777" w:rsidR="007A4023" w:rsidRDefault="00000000">
            <w:pPr>
              <w:spacing w:line="252" w:lineRule="auto"/>
              <w:jc w:val="center"/>
              <w:rPr>
                <w:lang w:eastAsia="zh-CN"/>
              </w:rPr>
            </w:pPr>
            <w:r>
              <w:rPr>
                <w:b/>
                <w:sz w:val="20"/>
                <w:lang w:eastAsia="zh-CN"/>
              </w:rPr>
              <w:t>作品内容简介</w:t>
            </w:r>
            <w:r>
              <w:rPr>
                <w:b/>
                <w:sz w:val="20"/>
                <w:lang w:eastAsia="zh-CN"/>
              </w:rPr>
              <w:br/>
              <w:t>（500字以内）</w:t>
            </w:r>
          </w:p>
        </w:tc>
        <w:tc>
          <w:tcPr>
            <w:tcW w:w="7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3F06" w14:textId="77777777" w:rsidR="007A4023" w:rsidRDefault="00000000">
            <w:pPr>
              <w:spacing w:line="252" w:lineRule="auto"/>
              <w:rPr>
                <w:lang w:eastAsia="zh-CN"/>
              </w:rPr>
            </w:pP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</w:p>
        </w:tc>
      </w:tr>
    </w:tbl>
    <w:p w14:paraId="6B823873" w14:textId="77777777" w:rsidR="007A4023" w:rsidRDefault="00000000">
      <w:pPr>
        <w:spacing w:before="160" w:line="336" w:lineRule="auto"/>
        <w:rPr>
          <w:lang w:eastAsia="zh-CN"/>
        </w:rPr>
      </w:pPr>
      <w:r>
        <w:rPr>
          <w:sz w:val="20"/>
          <w:lang w:eastAsia="zh-CN"/>
        </w:rPr>
        <w:t>注：①此表为作品报名、结果公布的信息依据，请准确填写；②团队成员按主创顺序填写；③此表以“学院+主创学号姓名+报名表”命名后提交。</w:t>
      </w:r>
    </w:p>
    <w:sectPr w:rsidR="007A4023" w:rsidSect="00034616">
      <w:pgSz w:w="11906" w:h="16838"/>
      <w:pgMar w:top="1191" w:right="1446" w:bottom="1162" w:left="14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1661227">
    <w:abstractNumId w:val="8"/>
  </w:num>
  <w:num w:numId="2" w16cid:durableId="1623531555">
    <w:abstractNumId w:val="6"/>
  </w:num>
  <w:num w:numId="3" w16cid:durableId="993295017">
    <w:abstractNumId w:val="5"/>
  </w:num>
  <w:num w:numId="4" w16cid:durableId="1946377633">
    <w:abstractNumId w:val="4"/>
  </w:num>
  <w:num w:numId="5" w16cid:durableId="511115551">
    <w:abstractNumId w:val="7"/>
  </w:num>
  <w:num w:numId="6" w16cid:durableId="865874319">
    <w:abstractNumId w:val="3"/>
  </w:num>
  <w:num w:numId="7" w16cid:durableId="98794503">
    <w:abstractNumId w:val="2"/>
  </w:num>
  <w:num w:numId="8" w16cid:durableId="1733504445">
    <w:abstractNumId w:val="1"/>
  </w:num>
  <w:num w:numId="9" w16cid:durableId="15283699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4023"/>
    <w:rsid w:val="007D70EC"/>
    <w:rsid w:val="00AA1D8D"/>
    <w:rsid w:val="00B47730"/>
    <w:rsid w:val="00B73E21"/>
    <w:rsid w:val="00B977A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BBE1F0"/>
  <w14:defaultImageDpi w14:val="300"/>
  <w15:docId w15:val="{71AA12BD-2A0E-E24E-844C-6DF4EE37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宋体" w:eastAsia="宋体" w:hAnsi="宋体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MINIM</cp:lastModifiedBy>
  <cp:revision>3</cp:revision>
  <dcterms:created xsi:type="dcterms:W3CDTF">2013-12-23T23:15:00Z</dcterms:created>
  <dcterms:modified xsi:type="dcterms:W3CDTF">2026-10-14T12:46:00Z</dcterms:modified>
  <cp:category/>
</cp:coreProperties>
</file>